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9930A" w14:textId="77777777">
      <w:pPr>
        <w:keepNext/>
        <w:spacing w:after="0"/>
        <w:jc w:val="center"/>
      </w:pPr>
      <w:r>
        <w:rPr>
          <w:b/>
          <w:sz w:val="23"/>
        </w:rPr>
        <w:t>T.C.</w:t>
      </w:r>
    </w:p>
    <w:p w14:paraId="0D6AB456" w14:textId="77777777">
      <w:pPr>
        <w:keepNext/>
        <w:spacing w:after="140"/>
        <w:jc w:val="center"/>
      </w:pPr>
      <w:r>
        <w:rPr>
          <w:b/>
          <w:sz w:val="25"/>
        </w:rPr>
        <w:t>SİNOP VALİLİĞİNE</w:t>
      </w:r>
    </w:p>
    <w:p w14:paraId="51950894" w14:textId="77777777">
      <w:r>
        <w:rPr>
          <w:b/>
          <w:sz w:val="21"/>
        </w:rPr>
        <w:t xml:space="preserve">Konu: </w:t>
      </w:r>
      <w:r>
        <w:rPr>
          <w:sz w:val="21"/>
        </w:rPr>
        <w:t>Yamaç paraşütü uçuş faaliyeti hakkında bilgilendirme</w:t>
      </w:r>
    </w:p>
    <w:p w14:paraId="5D76FE97" w14:textId="77777777">
      <w:pPr>
        <w:ind w:firstLine="567"/>
        <w:jc w:val="both"/>
      </w:pPr>
      <w:r>
        <w:rPr>
          <w:sz w:val="21"/>
        </w:rPr>
        <w:t>Sinop ili sınırları içerisinde, aşağıda bilgileri belirtilen bölgede yamaç paraşütü uçuş faaliyeti gerçekleştirilmesi planlanmaktadır.</w:t>
      </w:r>
    </w:p>
    <w:p w14:paraId="3911C51E" w14:textId="77777777">
      <w:pPr>
        <w:keepNext/>
      </w:pPr>
      <w:r>
        <w:rPr>
          <w:b/>
          <w:sz w:val="21"/>
        </w:rPr>
        <w:t>UÇUŞ BİLGİLERİ</w:t>
      </w:r>
    </w:p>
    <w:tbl>
      <w:tblPr>
        <w:tblStyle w:val="TabloKlavuzu"/>
        <w:tblW w:w="0" w:type="auto"/>
        <w:jc w:val="center"/>
        <w:tblLayout w:type="fixed"/>
        <w:tblLook w:val="04A0" w:firstRow="1" w:lastRow="0" w:firstColumn="1" w:lastColumn="0" w:noHBand="0" w:noVBand="1"/>
      </w:tblPr>
      <w:tblGrid>
        <w:gridCol w:w="2438"/>
        <w:gridCol w:w="6803"/>
      </w:tblGrid>
      <w:tr w14:paraId="3F5D8B0A" w14:textId="77777777">
        <w:trPr>
          <w:jc w:val="center"/>
        </w:trPr>
        <w:tc>
          <w:tcPr>
            <w:tcW w:w="2438" w:type="dxa"/>
            <w:shd w:val="clear" w:color="auto" w:fill="EEF2F6"/>
            <w:tcMar>
              <w:top w:w="70" w:type="dxa"/>
              <w:left w:w="90" w:type="dxa"/>
              <w:bottom w:w="70" w:type="dxa"/>
              <w:right w:w="90" w:type="dxa"/>
            </w:tcMar>
            <w:vAlign w:val="center"/>
          </w:tcPr>
          <w:p w14:paraId="79C3D6B4" w14:textId="77777777">
            <w:pPr>
              <w:spacing w:after="0"/>
            </w:pPr>
            <w:r>
              <w:rPr>
                <w:b/>
                <w:color w:val="1F3A5F"/>
                <w:sz w:val="18"/>
              </w:rPr>
              <w:t>Uçuş bölgesi</w:t>
            </w:r>
          </w:p>
        </w:tc>
        <w:tc>
          <w:tcPr>
            <w:tcW w:w="6803" w:type="dxa"/>
            <w:tcMar>
              <w:top w:w="70" w:type="dxa"/>
              <w:left w:w="90" w:type="dxa"/>
              <w:bottom w:w="70" w:type="dxa"/>
              <w:right w:w="90" w:type="dxa"/>
            </w:tcMar>
            <w:vAlign w:val="center"/>
          </w:tcPr>
          <w:p w14:paraId="6910AA2E" w14:textId="77777777">
            <w:pPr>
              <w:spacing w:after="0"/>
            </w:pPr>
            <w:r>
              <w:rPr>
                <w:sz w:val="18"/>
              </w:rPr>
              <w:t>……………………………………………………………………………………</w:t>
            </w:r>
          </w:p>
        </w:tc>
      </w:tr>
      <w:tr w14:paraId="7D61C2BE" w14:textId="77777777">
        <w:trPr>
          <w:jc w:val="center"/>
        </w:trPr>
        <w:tc>
          <w:tcPr>
            <w:tcW w:w="2438" w:type="dxa"/>
            <w:shd w:val="clear" w:color="auto" w:fill="EEF2F6"/>
            <w:tcMar>
              <w:top w:w="70" w:type="dxa"/>
              <w:left w:w="90" w:type="dxa"/>
              <w:bottom w:w="70" w:type="dxa"/>
              <w:right w:w="90" w:type="dxa"/>
            </w:tcMar>
            <w:vAlign w:val="center"/>
          </w:tcPr>
          <w:p w14:paraId="02ABE0CB" w14:textId="77777777">
            <w:pPr>
              <w:spacing w:after="0"/>
            </w:pPr>
            <w:r>
              <w:rPr>
                <w:b/>
                <w:color w:val="1F3A5F"/>
                <w:sz w:val="18"/>
              </w:rPr>
              <w:t>Kalkış alanı / koordinatı</w:t>
            </w:r>
          </w:p>
        </w:tc>
        <w:tc>
          <w:tcPr>
            <w:tcW w:w="6803" w:type="dxa"/>
            <w:tcMar>
              <w:top w:w="70" w:type="dxa"/>
              <w:left w:w="90" w:type="dxa"/>
              <w:bottom w:w="70" w:type="dxa"/>
              <w:right w:w="90" w:type="dxa"/>
            </w:tcMar>
            <w:vAlign w:val="center"/>
          </w:tcPr>
          <w:p w14:paraId="16DB7D47" w14:textId="77777777">
            <w:pPr>
              <w:spacing w:after="0"/>
            </w:pPr>
            <w:r>
              <w:rPr>
                <w:sz w:val="18"/>
              </w:rPr>
              <w:t>……………………………………………………………………………………</w:t>
            </w:r>
          </w:p>
        </w:tc>
      </w:tr>
      <w:tr w14:paraId="0777F7D1" w14:textId="77777777">
        <w:trPr>
          <w:jc w:val="center"/>
        </w:trPr>
        <w:tc>
          <w:tcPr>
            <w:tcW w:w="2438" w:type="dxa"/>
            <w:shd w:val="clear" w:color="auto" w:fill="EEF2F6"/>
            <w:tcMar>
              <w:top w:w="70" w:type="dxa"/>
              <w:left w:w="90" w:type="dxa"/>
              <w:bottom w:w="70" w:type="dxa"/>
              <w:right w:w="90" w:type="dxa"/>
            </w:tcMar>
            <w:vAlign w:val="center"/>
          </w:tcPr>
          <w:p w14:paraId="2A78DB7A" w14:textId="77777777">
            <w:pPr>
              <w:spacing w:after="0"/>
            </w:pPr>
            <w:r>
              <w:rPr>
                <w:b/>
                <w:color w:val="1F3A5F"/>
                <w:sz w:val="18"/>
              </w:rPr>
              <w:t>İniş alanı / koordinatı</w:t>
            </w:r>
          </w:p>
        </w:tc>
        <w:tc>
          <w:tcPr>
            <w:tcW w:w="6803" w:type="dxa"/>
            <w:tcMar>
              <w:top w:w="70" w:type="dxa"/>
              <w:left w:w="90" w:type="dxa"/>
              <w:bottom w:w="70" w:type="dxa"/>
              <w:right w:w="90" w:type="dxa"/>
            </w:tcMar>
            <w:vAlign w:val="center"/>
          </w:tcPr>
          <w:p w14:paraId="798892E3" w14:textId="77777777">
            <w:pPr>
              <w:spacing w:after="0"/>
            </w:pPr>
            <w:r>
              <w:rPr>
                <w:sz w:val="18"/>
              </w:rPr>
              <w:t>……………………………………………………………………………………</w:t>
            </w:r>
          </w:p>
        </w:tc>
      </w:tr>
      <w:tr w14:paraId="508D62E0" w14:textId="77777777">
        <w:trPr>
          <w:jc w:val="center"/>
        </w:trPr>
        <w:tc>
          <w:tcPr>
            <w:tcW w:w="2438" w:type="dxa"/>
            <w:shd w:val="clear" w:color="auto" w:fill="EEF2F6"/>
            <w:tcMar>
              <w:top w:w="70" w:type="dxa"/>
              <w:left w:w="90" w:type="dxa"/>
              <w:bottom w:w="70" w:type="dxa"/>
              <w:right w:w="90" w:type="dxa"/>
            </w:tcMar>
            <w:vAlign w:val="center"/>
          </w:tcPr>
          <w:p w14:paraId="206ACF64" w14:textId="77777777">
            <w:pPr>
              <w:spacing w:after="0"/>
            </w:pPr>
            <w:r>
              <w:rPr>
                <w:b/>
                <w:color w:val="1F3A5F"/>
                <w:sz w:val="18"/>
              </w:rPr>
              <w:t>Uçuş tarihi / tarihleri</w:t>
            </w:r>
          </w:p>
        </w:tc>
        <w:tc>
          <w:tcPr>
            <w:tcW w:w="6803" w:type="dxa"/>
            <w:tcMar>
              <w:top w:w="70" w:type="dxa"/>
              <w:left w:w="90" w:type="dxa"/>
              <w:bottom w:w="70" w:type="dxa"/>
              <w:right w:w="90" w:type="dxa"/>
            </w:tcMar>
            <w:vAlign w:val="center"/>
          </w:tcPr>
          <w:p w14:paraId="3CA2E73A" w14:textId="77777777">
            <w:pPr>
              <w:spacing w:after="0"/>
            </w:pPr>
            <w:r>
              <w:rPr>
                <w:sz w:val="18"/>
              </w:rPr>
              <w:t>…… / …… / 20……  –  …… / …… / 20……</w:t>
            </w:r>
          </w:p>
        </w:tc>
      </w:tr>
      <w:tr w14:paraId="4261FDA6" w14:textId="77777777">
        <w:trPr>
          <w:jc w:val="center"/>
        </w:trPr>
        <w:tc>
          <w:tcPr>
            <w:tcW w:w="2438" w:type="dxa"/>
            <w:shd w:val="clear" w:color="auto" w:fill="EEF2F6"/>
            <w:tcMar>
              <w:top w:w="70" w:type="dxa"/>
              <w:left w:w="90" w:type="dxa"/>
              <w:bottom w:w="70" w:type="dxa"/>
              <w:right w:w="90" w:type="dxa"/>
            </w:tcMar>
            <w:vAlign w:val="center"/>
          </w:tcPr>
          <w:p w14:paraId="5B171E2A" w14:textId="77777777">
            <w:pPr>
              <w:spacing w:after="0"/>
            </w:pPr>
            <w:r>
              <w:rPr>
                <w:b/>
                <w:color w:val="1F3A5F"/>
                <w:sz w:val="18"/>
              </w:rPr>
              <w:t>Planlanan uçuş saatleri</w:t>
            </w:r>
          </w:p>
        </w:tc>
        <w:tc>
          <w:tcPr>
            <w:tcW w:w="6803" w:type="dxa"/>
            <w:tcMar>
              <w:top w:w="70" w:type="dxa"/>
              <w:left w:w="90" w:type="dxa"/>
              <w:bottom w:w="70" w:type="dxa"/>
              <w:right w:w="90" w:type="dxa"/>
            </w:tcMar>
            <w:vAlign w:val="center"/>
          </w:tcPr>
          <w:p w14:paraId="20ED1597" w14:textId="77777777">
            <w:pPr>
              <w:spacing w:after="0"/>
            </w:pPr>
            <w:r>
              <w:rPr>
                <w:sz w:val="18"/>
              </w:rPr>
              <w:t>………………………………  –  ………………………………</w:t>
            </w:r>
          </w:p>
        </w:tc>
      </w:tr>
      <w:tr w14:paraId="48E734C4" w14:textId="77777777">
        <w:trPr>
          <w:jc w:val="center"/>
        </w:trPr>
        <w:tc>
          <w:tcPr>
            <w:tcW w:w="2438" w:type="dxa"/>
            <w:shd w:val="clear" w:color="auto" w:fill="EEF2F6"/>
            <w:tcMar>
              <w:top w:w="70" w:type="dxa"/>
              <w:left w:w="90" w:type="dxa"/>
              <w:bottom w:w="70" w:type="dxa"/>
              <w:right w:w="90" w:type="dxa"/>
            </w:tcMar>
            <w:vAlign w:val="center"/>
          </w:tcPr>
          <w:p w14:paraId="444CA132" w14:textId="77777777">
            <w:pPr>
              <w:spacing w:after="0"/>
            </w:pPr>
            <w:r>
              <w:rPr>
                <w:b/>
                <w:color w:val="1F3A5F"/>
                <w:sz w:val="18"/>
              </w:rPr>
              <w:t>Faaliyetin niteliği</w:t>
            </w:r>
          </w:p>
        </w:tc>
        <w:tc>
          <w:tcPr>
            <w:tcW w:w="6803" w:type="dxa"/>
            <w:tcMar>
              <w:top w:w="70" w:type="dxa"/>
              <w:left w:w="90" w:type="dxa"/>
              <w:bottom w:w="70" w:type="dxa"/>
              <w:right w:w="90" w:type="dxa"/>
            </w:tcMar>
            <w:vAlign w:val="center"/>
          </w:tcPr>
          <w:p w14:paraId="4AD0D77A" w14:textId="77777777">
            <w:pPr>
              <w:spacing w:after="0"/>
            </w:pPr>
            <w:r>
              <w:rPr>
                <w:sz w:val="18"/>
              </w:rPr>
              <w:t>☐ Bireysel   ☐ Antrenman   ☐ Eğitim   ☐ Kulüp faaliyeti</w:t>
            </w:r>
          </w:p>
        </w:tc>
      </w:tr>
      <w:tr w14:paraId="4DE15EB1" w14:textId="77777777">
        <w:trPr>
          <w:jc w:val="center"/>
        </w:trPr>
        <w:tc>
          <w:tcPr>
            <w:tcW w:w="2438" w:type="dxa"/>
            <w:shd w:val="clear" w:color="auto" w:fill="EEF2F6"/>
            <w:tcMar>
              <w:top w:w="70" w:type="dxa"/>
              <w:left w:w="90" w:type="dxa"/>
              <w:bottom w:w="70" w:type="dxa"/>
              <w:right w:w="90" w:type="dxa"/>
            </w:tcMar>
            <w:vAlign w:val="center"/>
          </w:tcPr>
          <w:p w14:paraId="68E02E0C" w14:textId="77777777">
            <w:pPr>
              <w:spacing w:after="0"/>
            </w:pPr>
            <w:r>
              <w:rPr>
                <w:b/>
                <w:color w:val="1F3A5F"/>
                <w:sz w:val="18"/>
              </w:rPr>
              <w:t>Katılacak pilot sayısı</w:t>
            </w:r>
          </w:p>
        </w:tc>
        <w:tc>
          <w:tcPr>
            <w:tcW w:w="6803" w:type="dxa"/>
            <w:tcMar>
              <w:top w:w="70" w:type="dxa"/>
              <w:left w:w="90" w:type="dxa"/>
              <w:bottom w:w="70" w:type="dxa"/>
              <w:right w:w="90" w:type="dxa"/>
            </w:tcMar>
            <w:vAlign w:val="center"/>
          </w:tcPr>
          <w:p w14:paraId="7B53834F" w14:textId="77777777">
            <w:pPr>
              <w:spacing w:after="0"/>
            </w:pPr>
            <w:r>
              <w:rPr>
                <w:sz w:val="18"/>
              </w:rPr>
              <w:t>…………………… kişi</w:t>
            </w:r>
          </w:p>
        </w:tc>
      </w:tr>
      <w:tr w14:paraId="45523FF3" w14:textId="77777777">
        <w:trPr>
          <w:jc w:val="center"/>
        </w:trPr>
        <w:tc>
          <w:tcPr>
            <w:tcW w:w="2438" w:type="dxa"/>
            <w:shd w:val="clear" w:color="auto" w:fill="EEF2F6"/>
            <w:tcMar>
              <w:top w:w="70" w:type="dxa"/>
              <w:left w:w="90" w:type="dxa"/>
              <w:bottom w:w="70" w:type="dxa"/>
              <w:right w:w="90" w:type="dxa"/>
            </w:tcMar>
            <w:vAlign w:val="center"/>
          </w:tcPr>
          <w:p w14:paraId="59FA82D7" w14:textId="77777777">
            <w:pPr>
              <w:spacing w:after="0"/>
            </w:pPr>
            <w:r>
              <w:rPr>
                <w:b/>
                <w:color w:val="1F3A5F"/>
                <w:sz w:val="18"/>
              </w:rPr>
              <w:t>Ekip içi haberleşme</w:t>
            </w:r>
          </w:p>
        </w:tc>
        <w:tc>
          <w:tcPr>
            <w:tcW w:w="6803" w:type="dxa"/>
            <w:tcMar>
              <w:top w:w="70" w:type="dxa"/>
              <w:left w:w="90" w:type="dxa"/>
              <w:bottom w:w="70" w:type="dxa"/>
              <w:right w:w="90" w:type="dxa"/>
            </w:tcMar>
            <w:vAlign w:val="center"/>
          </w:tcPr>
          <w:p w14:paraId="7A7A6A70" w14:textId="52909F2D">
            <w:pPr>
              <w:spacing w:after="0"/>
            </w:pPr>
          </w:p>
        </w:tc>
      </w:tr>
      <w:tr w14:paraId="71F77E56" w14:textId="77777777">
        <w:trPr>
          <w:jc w:val="center"/>
        </w:trPr>
        <w:tc>
          <w:tcPr>
            <w:tcW w:w="2438" w:type="dxa"/>
            <w:shd w:val="clear" w:color="auto" w:fill="EEF2F6"/>
            <w:tcMar>
              <w:top w:w="70" w:type="dxa"/>
              <w:left w:w="90" w:type="dxa"/>
              <w:bottom w:w="70" w:type="dxa"/>
              <w:right w:w="90" w:type="dxa"/>
            </w:tcMar>
            <w:vAlign w:val="center"/>
          </w:tcPr>
          <w:p w14:paraId="7F6C3174" w14:textId="77777777">
            <w:pPr>
              <w:spacing w:after="0"/>
            </w:pPr>
            <w:r>
              <w:rPr>
                <w:b/>
                <w:color w:val="1F3A5F"/>
                <w:sz w:val="18"/>
              </w:rPr>
              <w:t>Sorumlu kişi / GSM</w:t>
            </w:r>
          </w:p>
        </w:tc>
        <w:tc>
          <w:tcPr>
            <w:tcW w:w="6803" w:type="dxa"/>
            <w:tcMar>
              <w:top w:w="70" w:type="dxa"/>
              <w:left w:w="90" w:type="dxa"/>
              <w:bottom w:w="70" w:type="dxa"/>
              <w:right w:w="90" w:type="dxa"/>
            </w:tcMar>
            <w:vAlign w:val="center"/>
          </w:tcPr>
          <w:p w14:paraId="74B229B8" w14:textId="77777777">
            <w:pPr>
              <w:spacing w:after="0"/>
            </w:pPr>
            <w:r>
              <w:rPr>
                <w:sz w:val="18"/>
              </w:rPr>
              <w:t>…………………………………………  /  …………………………………………</w:t>
            </w:r>
          </w:p>
        </w:tc>
      </w:tr>
    </w:tbl>
    <w:p w14:paraId="3EB6AB3E" w14:textId="77777777">
      <w:pPr>
        <w:spacing w:after="0"/>
      </w:pPr>
    </w:p>
    <w:p w14:paraId="00D44910" w14:textId="77777777">
      <w:pPr>
        <w:ind w:firstLine="567"/>
        <w:jc w:val="both"/>
      </w:pPr>
      <w:r>
        <w:rPr>
          <w:sz w:val="21"/>
        </w:rPr>
        <w:t>Bölgede havalimanı faaliyetleri, roket veya füze atış denemeleri, geçici hava sahası kısıtlamaları ve benzeri nedenlerle NOTAM yayımlanabileceği dikkate alınmaktadır.</w:t>
      </w:r>
    </w:p>
    <w:p w14:paraId="6B038EA0" w14:textId="77777777">
      <w:pPr>
        <w:ind w:firstLine="567"/>
        <w:jc w:val="both"/>
      </w:pPr>
      <w:r>
        <w:rPr>
          <w:sz w:val="21"/>
        </w:rPr>
        <w:t>İşbu başvuru bir uçuş izni talebi olmayıp, planlanan uçuş faaliyeti hakkında ilgili kamu kurumları ile güvenlik ve acil durum birimlerinin önceden bilgilendirilmesi amacıyla sunulmaktadır.</w:t>
      </w:r>
    </w:p>
    <w:p w14:paraId="02838997" w14:textId="77777777">
      <w:pPr>
        <w:ind w:firstLine="567"/>
        <w:jc w:val="both"/>
      </w:pPr>
      <w:r>
        <w:rPr>
          <w:sz w:val="21"/>
        </w:rPr>
        <w:t>Uçuş öncesinde güncel hava sahası ve NOTAM kontrolleri yapılacak; uçuşa kapatılmış, kısıtlanmış veya uçuş güvenliği açısından uygun olmayan bir durum bulunması hâlinde faaliyet gerçekleştirilmeyecektir. Valiliğiniz veya ilgili birimlerce uçuş güvenliğini etkileyebilecek bir durumun bildirilmesi hâlinde verilen bilgi ve yönlendirmelere uyulacaktır.</w:t>
      </w:r>
    </w:p>
    <w:p w14:paraId="0B420F72" w14:textId="77777777">
      <w:pPr>
        <w:ind w:firstLine="567"/>
        <w:jc w:val="both"/>
      </w:pPr>
      <w:r>
        <w:rPr>
          <w:sz w:val="21"/>
        </w:rPr>
        <w:t>Uçuş sırasında oluşabilecek ihbar, acil durum veya iletişim ihtiyacında yukarıda belirtilen sorumlu kişiyle doğrudan irtibat kurulabilecektir.</w:t>
      </w:r>
    </w:p>
    <w:p w14:paraId="005734A1" w14:textId="77777777">
      <w:pPr>
        <w:keepNext/>
        <w:spacing w:before="40"/>
      </w:pPr>
      <w:r>
        <w:rPr>
          <w:b/>
          <w:sz w:val="21"/>
        </w:rPr>
        <w:t>DAĞITIM TALEBİ</w:t>
      </w:r>
    </w:p>
    <w:p w14:paraId="2C8AAF0A" w14:textId="77777777">
      <w:pPr>
        <w:spacing w:after="60"/>
        <w:ind w:firstLine="567"/>
        <w:jc w:val="both"/>
      </w:pPr>
      <w:r>
        <w:rPr>
          <w:sz w:val="21"/>
        </w:rPr>
        <w:t>Planlanan uçuş faaliyetine ilişkin bu bilgilendirmenin Valiliğinizce aşağıdaki kurum ve birimlere iletilmesi hususunda bilgilerinizi ve gereğini arz ederim:</w:t>
      </w:r>
    </w:p>
    <w:p w14:paraId="5F69E3CF" w14:textId="77777777">
      <w:pPr>
        <w:spacing w:after="20"/>
        <w:ind w:left="340" w:hanging="198"/>
      </w:pPr>
      <w:r>
        <w:rPr>
          <w:b/>
          <w:sz w:val="21"/>
        </w:rPr>
        <w:t xml:space="preserve">• </w:t>
      </w:r>
      <w:r>
        <w:rPr>
          <w:sz w:val="19"/>
        </w:rPr>
        <w:t>Sinop İl Emniyet Müdürlüğü</w:t>
      </w:r>
    </w:p>
    <w:p w14:paraId="7C5560F0" w14:textId="77777777">
      <w:pPr>
        <w:spacing w:after="20"/>
        <w:ind w:left="340" w:hanging="198"/>
      </w:pPr>
      <w:r>
        <w:rPr>
          <w:b/>
          <w:sz w:val="21"/>
        </w:rPr>
        <w:t xml:space="preserve">• </w:t>
      </w:r>
      <w:r>
        <w:rPr>
          <w:sz w:val="19"/>
        </w:rPr>
        <w:t>Sinop İl Jandarma Komutanlığı</w:t>
      </w:r>
    </w:p>
    <w:p w14:paraId="7274CC86" w14:textId="77777777">
      <w:pPr>
        <w:spacing w:after="20"/>
        <w:ind w:left="340" w:hanging="198"/>
      </w:pPr>
      <w:r>
        <w:rPr>
          <w:b/>
          <w:sz w:val="21"/>
        </w:rPr>
        <w:t xml:space="preserve">• </w:t>
      </w:r>
      <w:r>
        <w:rPr>
          <w:sz w:val="19"/>
        </w:rPr>
        <w:t>Sahil Güvenlik 72. Bot Komutanlığı</w:t>
      </w:r>
    </w:p>
    <w:p w14:paraId="05D71BE8" w14:textId="77777777">
      <w:pPr>
        <w:spacing w:after="20"/>
        <w:ind w:left="340" w:hanging="198"/>
      </w:pPr>
      <w:r>
        <w:rPr>
          <w:b/>
          <w:sz w:val="21"/>
        </w:rPr>
        <w:t xml:space="preserve">• </w:t>
      </w:r>
      <w:r>
        <w:rPr>
          <w:sz w:val="19"/>
        </w:rPr>
        <w:t>Sinop Orman İşletme Müdürlüğü ve uçuş bölgesinden sorumlu ilgili Orman İşletme Şefliği</w:t>
      </w:r>
    </w:p>
    <w:p w14:paraId="28564410" w14:textId="77777777">
      <w:pPr>
        <w:spacing w:after="20"/>
        <w:ind w:left="340" w:hanging="198"/>
      </w:pPr>
      <w:r>
        <w:rPr>
          <w:b/>
          <w:sz w:val="21"/>
        </w:rPr>
        <w:t xml:space="preserve">• </w:t>
      </w:r>
      <w:r>
        <w:rPr>
          <w:sz w:val="19"/>
        </w:rPr>
        <w:t>Sinop 112 Acil Çağrı Merkezi Müdürlüğü</w:t>
      </w:r>
    </w:p>
    <w:p w14:paraId="107DD6CF" w14:textId="77777777">
      <w:pPr>
        <w:spacing w:after="20"/>
        <w:ind w:left="340" w:hanging="198"/>
      </w:pPr>
      <w:r>
        <w:rPr>
          <w:b/>
          <w:sz w:val="21"/>
        </w:rPr>
        <w:t xml:space="preserve">• </w:t>
      </w:r>
      <w:r>
        <w:rPr>
          <w:sz w:val="19"/>
        </w:rPr>
        <w:t>Valiliğinizce gerekli görülen diğer ilgili kurum ve birimler</w:t>
      </w:r>
    </w:p>
    <w:p w14:paraId="46A67121" w14:textId="77777777">
      <w:pPr>
        <w:spacing w:before="100" w:after="100"/>
        <w:jc w:val="right"/>
      </w:pPr>
      <w:r>
        <w:rPr>
          <w:sz w:val="21"/>
        </w:rPr>
        <w:t>Bilgilerinize arz ederim.</w:t>
      </w:r>
    </w:p>
    <w:tbl>
      <w:tblPr>
        <w:tblW w:w="0" w:type="auto"/>
        <w:jc w:val="center"/>
        <w:tblLayout w:type="fixed"/>
        <w:tblLook w:val="04A0" w:firstRow="1" w:lastRow="0" w:firstColumn="1" w:lastColumn="0" w:noHBand="0" w:noVBand="1"/>
      </w:tblPr>
      <w:tblGrid>
        <w:gridCol w:w="4592"/>
        <w:gridCol w:w="4592"/>
      </w:tblGrid>
      <w:tr w14:paraId="71802142" w14:textId="77777777">
        <w:trPr>
          <w:jc w:val="center"/>
        </w:trPr>
        <w:tc>
          <w:tcPr>
            <w:tcW w:w="4592" w:type="dxa"/>
            <w:tcBorders>
              <w:top w:val="nil"/>
              <w:left w:val="nil"/>
              <w:bottom w:val="nil"/>
              <w:right w:val="nil"/>
            </w:tcBorders>
            <w:tcMar>
              <w:top w:w="0" w:type="dxa"/>
              <w:left w:w="0" w:type="dxa"/>
              <w:bottom w:w="0" w:type="dxa"/>
              <w:right w:w="0" w:type="dxa"/>
            </w:tcMar>
          </w:tcPr>
          <w:p w14:paraId="14AC26DC" w14:textId="77777777">
            <w:pPr>
              <w:spacing w:after="40"/>
            </w:pPr>
            <w:r>
              <w:t>Tarih: …… / …… / 20……</w:t>
            </w:r>
          </w:p>
          <w:p w14:paraId="7A4EE616" w14:textId="77777777">
            <w:pPr>
              <w:spacing w:after="40"/>
            </w:pPr>
          </w:p>
        </w:tc>
        <w:tc>
          <w:tcPr>
            <w:tcW w:w="4592" w:type="dxa"/>
            <w:tcBorders>
              <w:top w:val="nil"/>
              <w:left w:val="nil"/>
              <w:bottom w:val="nil"/>
              <w:right w:val="nil"/>
            </w:tcBorders>
            <w:tcMar>
              <w:top w:w="0" w:type="dxa"/>
              <w:left w:w="0" w:type="dxa"/>
              <w:bottom w:w="0" w:type="dxa"/>
              <w:right w:w="0" w:type="dxa"/>
            </w:tcMar>
          </w:tcPr>
          <w:p w14:paraId="3FDDD7CC" w14:textId="77777777">
            <w:pPr>
              <w:spacing w:after="40"/>
              <w:jc w:val="center"/>
            </w:pPr>
            <w:r>
              <w:rPr>
                <w:b/>
              </w:rPr>
              <w:t>Başvuru Sahibinin</w:t>
            </w:r>
          </w:p>
          <w:p w14:paraId="3CAC860D" w14:textId="77777777">
            <w:pPr>
              <w:spacing w:after="20"/>
            </w:pPr>
            <w:r>
              <w:rPr>
                <w:sz w:val="18"/>
              </w:rPr>
              <w:t>Adı Soyadı: …………………………………</w:t>
            </w:r>
          </w:p>
          <w:p w14:paraId="419F6B80" w14:textId="77777777">
            <w:pPr>
              <w:spacing w:after="20"/>
            </w:pPr>
            <w:r>
              <w:rPr>
                <w:sz w:val="18"/>
              </w:rPr>
              <w:t>T.C. Kimlik No: ……………………………</w:t>
            </w:r>
          </w:p>
          <w:p w14:paraId="1BEBF1FB" w14:textId="77777777">
            <w:pPr>
              <w:spacing w:after="20"/>
            </w:pPr>
            <w:r>
              <w:rPr>
                <w:sz w:val="18"/>
              </w:rPr>
              <w:t>Pilot Belge/Kart No: ……………………</w:t>
            </w:r>
          </w:p>
          <w:p w14:paraId="45AEF3EA" w14:textId="77777777">
            <w:pPr>
              <w:spacing w:after="20"/>
            </w:pPr>
            <w:r>
              <w:rPr>
                <w:sz w:val="18"/>
              </w:rPr>
              <w:t>Pilot Seviyesi: P……</w:t>
            </w:r>
          </w:p>
          <w:p w14:paraId="63D027A8" w14:textId="77777777">
            <w:pPr>
              <w:spacing w:after="20"/>
            </w:pPr>
            <w:r>
              <w:rPr>
                <w:sz w:val="18"/>
              </w:rPr>
              <w:t>Telefon: ………………………………………</w:t>
            </w:r>
          </w:p>
          <w:p w14:paraId="438E3518" w14:textId="77777777">
            <w:pPr>
              <w:spacing w:after="20"/>
            </w:pPr>
            <w:r>
              <w:rPr>
                <w:sz w:val="18"/>
              </w:rPr>
              <w:t>Adres: …………………………………………</w:t>
            </w:r>
          </w:p>
          <w:p w14:paraId="4197A41F" w14:textId="77777777">
            <w:pPr>
              <w:spacing w:after="20"/>
            </w:pPr>
            <w:r>
              <w:rPr>
                <w:sz w:val="18"/>
              </w:rPr>
              <w:t>İmza:</w:t>
            </w:r>
          </w:p>
        </w:tc>
      </w:tr>
    </w:tbl>
    <w:p w14:paraId="5B88E5AC" w14:textId="77777777">
      <w:pPr>
        <w:keepNext/>
        <w:spacing w:before="60" w:after="40"/>
      </w:pPr>
      <w:r>
        <w:rPr>
          <w:b/>
        </w:rPr>
        <w:t>EKLER</w:t>
      </w:r>
    </w:p>
    <w:p w14:paraId="04D8C78F" w14:textId="4483448C">
      <w:pPr>
        <w:spacing w:after="20"/>
        <w:ind w:left="170"/>
      </w:pPr>
      <w:r>
        <w:rPr>
          <w:sz w:val="18"/>
        </w:rPr>
        <w:t>1</w:t>
      </w:r>
      <w:r>
        <w:rPr>
          <w:sz w:val="18"/>
        </w:rPr>
        <w:t>. Faaliyete katılacak pilotların ad-soyad ve pilot belge bilgileri listesi</w:t>
      </w:r>
    </w:p>
    <w:p w14:paraId="0B6C719A" w14:textId="41399655">
      <w:pPr>
        <w:spacing w:after="20"/>
        <w:ind w:left="170"/>
      </w:pPr>
      <w:r>
        <w:rPr>
          <w:sz w:val="18"/>
        </w:rPr>
        <w:t>2.</w:t>
      </w:r>
      <w:r>
        <w:rPr>
          <w:sz w:val="18"/>
        </w:rPr>
        <w:t xml:space="preserve"> Varsa kulüp yetki veya görevlendirme belgesi</w:t>
      </w:r>
    </w:p>
    <w:p>
      <w:pPr>
        <w:sectPr>
          <w:footerReference w:type="default" r:id="rId8"/>
          <w:pgSz w:w="11906" w:h="16838"/>
          <w:pgMar w:top="765" w:right="1134" w:bottom="652" w:left="1361" w:header="454" w:footer="454" w:gutter="0"/>
          <w:cols w:space="720"/>
          <w:docGrid w:linePitch="360"/>
        </w:sectPr>
      </w:pPr>
    </w:p>
    <w:p>
      <w:pPr>
        <w:spacing w:before="0" w:after="0" w:line="240" w:lineRule="auto"/>
        <w:jc w:val="right"/>
      </w:pPr>
      <w:r>
        <w:rPr>
          <w:rFonts w:ascii="Arial" w:hAnsi="Arial"/>
          <w:b/>
          <w:sz w:val="19"/>
        </w:rPr>
        <w:t>EK-1</w:t>
      </w:r>
    </w:p>
    <w:p>
      <w:pPr>
        <w:spacing w:before="0" w:after="40" w:line="240" w:lineRule="auto"/>
        <w:jc w:val="center"/>
      </w:pPr>
      <w:r>
        <w:rPr>
          <w:rFonts w:ascii="Arial" w:hAnsi="Arial"/>
          <w:b/>
          <w:sz w:val="28"/>
        </w:rPr>
        <w:t>FAALİYETE KATILACAK PİLOTLAR LİSTESİ</w:t>
      </w:r>
    </w:p>
    <w:p>
      <w:pPr>
        <w:spacing w:before="0" w:after="140" w:line="240" w:lineRule="auto"/>
        <w:jc w:val="center"/>
      </w:pPr>
      <w:r>
        <w:rPr>
          <w:rFonts w:ascii="Arial" w:hAnsi="Arial"/>
          <w:b w:val="0"/>
          <w:sz w:val="19"/>
        </w:rPr>
        <w:t>Yamaç Paraşütü Uçuş Faaliyeti Bilgilendirme Dilekçesi Eki</w:t>
      </w:r>
    </w:p>
    <w:tbl>
      <w:tblPr>
        <w:tblW w:type="auto" w:w="0"/>
        <w:jc w:val="center"/>
        <w:tblLayout w:type="fixed"/>
        <w:tblLook w:firstColumn="1" w:firstRow="1" w:lastColumn="0" w:lastRow="0" w:noHBand="0" w:noVBand="1" w:val="04A0"/>
      </w:tblPr>
      <w:tblGrid>
        <w:gridCol w:w="3784"/>
        <w:gridCol w:w="3784"/>
        <w:gridCol w:w="3784"/>
        <w:gridCol w:w="3784"/>
      </w:tblGrid>
      <w:tr>
        <w:tc>
          <w:tcPr>
            <w:tcW w:type="dxa" w:w="1814"/>
            <w:vAlign w:val="center"/>
            <w:tcMar>
              <w:top w:w="80" w:type="dxa"/>
              <w:start w:w="90" w:type="dxa"/>
              <w:bottom w:w="80" w:type="dxa"/>
              <w:end w:w="90" w:type="dxa"/>
            </w:tcMar>
            <w:shd w:fill="E8EEF5"/>
          </w:tcPr>
          <w:p>
            <w:pPr>
              <w:spacing w:after="0"/>
            </w:pPr>
            <w:r>
              <w:rPr>
                <w:rFonts w:ascii="Arial" w:hAnsi="Arial"/>
                <w:b/>
                <w:color w:val="1F3A5F"/>
                <w:sz w:val="18"/>
              </w:rPr>
              <w:t>Uçuş bölgesi</w:t>
            </w:r>
          </w:p>
        </w:tc>
        <w:tc>
          <w:tcPr>
            <w:tcW w:type="dxa" w:w="5669"/>
            <w:vAlign w:val="center"/>
            <w:tcMar>
              <w:top w:w="80" w:type="dxa"/>
              <w:start w:w="90" w:type="dxa"/>
              <w:bottom w:w="80" w:type="dxa"/>
              <w:end w:w="90" w:type="dxa"/>
            </w:tcMar>
          </w:tcPr>
          <w:p>
            <w:pPr>
              <w:spacing w:after="0"/>
            </w:pPr>
            <w:r>
              <w:rPr>
                <w:rFonts w:ascii="Arial" w:hAnsi="Arial"/>
                <w:b w:val="0"/>
                <w:sz w:val="18"/>
              </w:rPr>
              <w:t>…………………………………………………………………………</w:t>
            </w:r>
          </w:p>
        </w:tc>
        <w:tc>
          <w:tcPr>
            <w:tcW w:type="dxa" w:w="1814"/>
            <w:vAlign w:val="center"/>
            <w:tcMar>
              <w:top w:w="80" w:type="dxa"/>
              <w:start w:w="90" w:type="dxa"/>
              <w:bottom w:w="80" w:type="dxa"/>
              <w:end w:w="90" w:type="dxa"/>
            </w:tcMar>
            <w:shd w:fill="E8EEF5"/>
          </w:tcPr>
          <w:p>
            <w:pPr>
              <w:spacing w:after="0"/>
            </w:pPr>
            <w:r>
              <w:rPr>
                <w:rFonts w:ascii="Arial" w:hAnsi="Arial"/>
                <w:b/>
                <w:color w:val="1F3A5F"/>
                <w:sz w:val="18"/>
              </w:rPr>
              <w:t>Uçuş tarihi</w:t>
            </w:r>
          </w:p>
        </w:tc>
        <w:tc>
          <w:tcPr>
            <w:tcW w:type="dxa" w:w="5669"/>
            <w:vAlign w:val="center"/>
            <w:tcMar>
              <w:top w:w="80" w:type="dxa"/>
              <w:start w:w="90" w:type="dxa"/>
              <w:bottom w:w="80" w:type="dxa"/>
              <w:end w:w="90" w:type="dxa"/>
            </w:tcMar>
          </w:tcPr>
          <w:p>
            <w:pPr>
              <w:spacing w:after="0"/>
            </w:pPr>
            <w:r>
              <w:rPr>
                <w:rFonts w:ascii="Arial" w:hAnsi="Arial"/>
                <w:b w:val="0"/>
                <w:sz w:val="18"/>
              </w:rPr>
              <w:t>…… / …… / 20……</w:t>
            </w:r>
          </w:p>
        </w:tc>
      </w:tr>
      <w:tr>
        <w:tc>
          <w:tcPr>
            <w:tcW w:type="dxa" w:w="1814"/>
            <w:vAlign w:val="center"/>
            <w:tcMar>
              <w:top w:w="80" w:type="dxa"/>
              <w:start w:w="90" w:type="dxa"/>
              <w:bottom w:w="80" w:type="dxa"/>
              <w:end w:w="90" w:type="dxa"/>
            </w:tcMar>
            <w:shd w:fill="E8EEF5"/>
          </w:tcPr>
          <w:p>
            <w:pPr>
              <w:spacing w:after="0"/>
            </w:pPr>
            <w:r>
              <w:rPr>
                <w:rFonts w:ascii="Arial" w:hAnsi="Arial"/>
                <w:b/>
                <w:color w:val="1F3A5F"/>
                <w:sz w:val="18"/>
              </w:rPr>
              <w:t>Sorumlu kişi</w:t>
            </w:r>
          </w:p>
        </w:tc>
        <w:tc>
          <w:tcPr>
            <w:tcW w:type="dxa" w:w="5669"/>
            <w:vAlign w:val="center"/>
            <w:tcMar>
              <w:top w:w="80" w:type="dxa"/>
              <w:start w:w="90" w:type="dxa"/>
              <w:bottom w:w="80" w:type="dxa"/>
              <w:end w:w="90" w:type="dxa"/>
            </w:tcMar>
          </w:tcPr>
          <w:p>
            <w:pPr>
              <w:spacing w:after="0"/>
            </w:pPr>
            <w:r>
              <w:rPr>
                <w:rFonts w:ascii="Arial" w:hAnsi="Arial"/>
                <w:b w:val="0"/>
                <w:sz w:val="18"/>
              </w:rPr>
              <w:t>…………………………………………………………………………</w:t>
            </w:r>
          </w:p>
        </w:tc>
        <w:tc>
          <w:tcPr>
            <w:tcW w:type="dxa" w:w="1814"/>
            <w:vAlign w:val="center"/>
            <w:tcMar>
              <w:top w:w="80" w:type="dxa"/>
              <w:start w:w="90" w:type="dxa"/>
              <w:bottom w:w="80" w:type="dxa"/>
              <w:end w:w="90" w:type="dxa"/>
            </w:tcMar>
            <w:shd w:fill="E8EEF5"/>
          </w:tcPr>
          <w:p>
            <w:pPr>
              <w:spacing w:after="0"/>
            </w:pPr>
            <w:r>
              <w:rPr>
                <w:rFonts w:ascii="Arial" w:hAnsi="Arial"/>
                <w:b/>
                <w:color w:val="1F3A5F"/>
                <w:sz w:val="18"/>
              </w:rPr>
              <w:t>İletişim</w:t>
            </w:r>
          </w:p>
        </w:tc>
        <w:tc>
          <w:tcPr>
            <w:tcW w:type="dxa" w:w="5669"/>
            <w:vAlign w:val="center"/>
            <w:tcMar>
              <w:top w:w="80" w:type="dxa"/>
              <w:start w:w="90" w:type="dxa"/>
              <w:bottom w:w="80" w:type="dxa"/>
              <w:end w:w="90" w:type="dxa"/>
            </w:tcMar>
          </w:tcPr>
          <w:p>
            <w:pPr>
              <w:spacing w:after="0"/>
            </w:pPr>
            <w:r>
              <w:rPr>
                <w:rFonts w:ascii="Arial" w:hAnsi="Arial"/>
                <w:b w:val="0"/>
                <w:sz w:val="18"/>
              </w:rPr>
              <w:t>…………………………………………</w:t>
            </w:r>
          </w:p>
        </w:tc>
      </w:tr>
    </w:tbl>
    <w:p>
      <w:pPr>
        <w:spacing w:before="0" w:after="100" w:line="240" w:lineRule="auto"/>
        <w:jc w:val="left"/>
      </w:pPr>
      <w:r>
        <w:rPr>
          <w:rFonts w:ascii="Arial" w:hAnsi="Arial"/>
          <w:b w:val="0"/>
          <w:sz w:val="19"/>
        </w:rPr>
      </w:r>
    </w:p>
    <w:tbl>
      <w:tblPr>
        <w:tblStyle w:val="TabloKlavuzu"/>
        <w:tblW w:type="auto" w:w="0"/>
        <w:jc w:val="center"/>
        <w:tblLayout w:type="fixed"/>
        <w:tblLook w:firstColumn="1" w:firstRow="1" w:lastColumn="0" w:lastRow="0" w:noHBand="0" w:noVBand="1" w:val="04A0"/>
      </w:tblPr>
      <w:tblGrid>
        <w:gridCol w:w="2523"/>
        <w:gridCol w:w="2523"/>
        <w:gridCol w:w="2523"/>
        <w:gridCol w:w="2523"/>
        <w:gridCol w:w="2523"/>
        <w:gridCol w:w="2523"/>
      </w:tblGrid>
      <w:tr>
        <w:tc>
          <w:tcPr>
            <w:tcW w:type="dxa" w:w="737"/>
            <w:vAlign w:val="center"/>
            <w:tcMar>
              <w:top w:w="110" w:type="dxa"/>
              <w:start w:w="90" w:type="dxa"/>
              <w:bottom w:w="110" w:type="dxa"/>
              <w:end w:w="90" w:type="dxa"/>
            </w:tcMar>
            <w:shd w:fill="1F3A5F"/>
          </w:tcPr>
          <w:p>
            <w:pPr>
              <w:spacing w:after="0"/>
              <w:jc w:val="center"/>
            </w:pPr>
            <w:r>
              <w:rPr>
                <w:rFonts w:ascii="Arial" w:hAnsi="Arial"/>
                <w:b/>
                <w:color w:val="FFFFFF"/>
                <w:sz w:val="18"/>
              </w:rPr>
              <w:t>Sıra</w:t>
            </w:r>
          </w:p>
        </w:tc>
        <w:tc>
          <w:tcPr>
            <w:tcW w:type="dxa" w:w="3969"/>
            <w:vAlign w:val="center"/>
            <w:tcMar>
              <w:top w:w="110" w:type="dxa"/>
              <w:start w:w="90" w:type="dxa"/>
              <w:bottom w:w="110" w:type="dxa"/>
              <w:end w:w="90" w:type="dxa"/>
            </w:tcMar>
            <w:shd w:fill="1F3A5F"/>
          </w:tcPr>
          <w:p>
            <w:pPr>
              <w:spacing w:after="0"/>
              <w:jc w:val="center"/>
            </w:pPr>
            <w:r>
              <w:rPr>
                <w:rFonts w:ascii="Arial" w:hAnsi="Arial"/>
                <w:b/>
                <w:color w:val="FFFFFF"/>
                <w:sz w:val="18"/>
              </w:rPr>
              <w:t>Adı ve Soyadı</w:t>
            </w:r>
          </w:p>
        </w:tc>
        <w:tc>
          <w:tcPr>
            <w:tcW w:type="dxa" w:w="3005"/>
            <w:vAlign w:val="center"/>
            <w:tcMar>
              <w:top w:w="110" w:type="dxa"/>
              <w:start w:w="90" w:type="dxa"/>
              <w:bottom w:w="110" w:type="dxa"/>
              <w:end w:w="90" w:type="dxa"/>
            </w:tcMar>
            <w:shd w:fill="1F3A5F"/>
          </w:tcPr>
          <w:p>
            <w:pPr>
              <w:spacing w:after="0"/>
              <w:jc w:val="center"/>
            </w:pPr>
            <w:r>
              <w:rPr>
                <w:rFonts w:ascii="Arial" w:hAnsi="Arial"/>
                <w:b/>
                <w:color w:val="FFFFFF"/>
                <w:sz w:val="18"/>
              </w:rPr>
              <w:t>Pilot Belge / Kart No</w:t>
            </w:r>
          </w:p>
        </w:tc>
        <w:tc>
          <w:tcPr>
            <w:tcW w:type="dxa" w:w="1814"/>
            <w:vAlign w:val="center"/>
            <w:tcMar>
              <w:top w:w="110" w:type="dxa"/>
              <w:start w:w="90" w:type="dxa"/>
              <w:bottom w:w="110" w:type="dxa"/>
              <w:end w:w="90" w:type="dxa"/>
            </w:tcMar>
            <w:shd w:fill="1F3A5F"/>
          </w:tcPr>
          <w:p>
            <w:pPr>
              <w:spacing w:after="0"/>
              <w:jc w:val="center"/>
            </w:pPr>
            <w:r>
              <w:rPr>
                <w:rFonts w:ascii="Arial" w:hAnsi="Arial"/>
                <w:b/>
                <w:color w:val="FFFFFF"/>
                <w:sz w:val="18"/>
              </w:rPr>
              <w:t>Pilot Seviyesi</w:t>
            </w:r>
          </w:p>
        </w:tc>
        <w:tc>
          <w:tcPr>
            <w:tcW w:type="dxa" w:w="2835"/>
            <w:vAlign w:val="center"/>
            <w:tcMar>
              <w:top w:w="110" w:type="dxa"/>
              <w:start w:w="90" w:type="dxa"/>
              <w:bottom w:w="110" w:type="dxa"/>
              <w:end w:w="90" w:type="dxa"/>
            </w:tcMar>
            <w:shd w:fill="1F3A5F"/>
          </w:tcPr>
          <w:p>
            <w:pPr>
              <w:spacing w:after="0"/>
              <w:jc w:val="center"/>
            </w:pPr>
            <w:r>
              <w:rPr>
                <w:rFonts w:ascii="Arial" w:hAnsi="Arial"/>
                <w:b/>
                <w:color w:val="FFFFFF"/>
                <w:sz w:val="18"/>
              </w:rPr>
              <w:t>Telefon Numarası</w:t>
            </w:r>
          </w:p>
        </w:tc>
        <w:tc>
          <w:tcPr>
            <w:tcW w:type="dxa" w:w="2608"/>
            <w:vAlign w:val="center"/>
            <w:tcMar>
              <w:top w:w="110" w:type="dxa"/>
              <w:start w:w="90" w:type="dxa"/>
              <w:bottom w:w="110" w:type="dxa"/>
              <w:end w:w="90" w:type="dxa"/>
            </w:tcMar>
            <w:shd w:fill="1F3A5F"/>
          </w:tcPr>
          <w:p>
            <w:pPr>
              <w:spacing w:after="0"/>
              <w:jc w:val="center"/>
            </w:pPr>
            <w:r>
              <w:rPr>
                <w:rFonts w:ascii="Arial" w:hAnsi="Arial"/>
                <w:b/>
                <w:color w:val="FFFFFF"/>
                <w:sz w:val="18"/>
              </w:rPr>
              <w:t>İmza</w:t>
            </w:r>
          </w:p>
        </w:tc>
      </w:tr>
      <w:tr>
        <w:trPr>
          <w:cantSplit/>
        </w:trPr>
        <w:tc>
          <w:tcPr>
            <w:tcW w:type="dxa" w:w="737"/>
            <w:vAlign w:val="center"/>
            <w:tcMar>
              <w:top w:w="145" w:type="dxa"/>
              <w:start w:w="90" w:type="dxa"/>
              <w:bottom w:w="145" w:type="dxa"/>
              <w:end w:w="90" w:type="dxa"/>
            </w:tcMar>
          </w:tcPr>
          <w:p>
            <w:pPr>
              <w:spacing w:after="0"/>
              <w:jc w:val="center"/>
            </w:pPr>
            <w:r>
              <w:rPr>
                <w:rFonts w:ascii="Arial" w:hAnsi="Arial"/>
                <w:b w:val="0"/>
                <w:sz w:val="18"/>
              </w:rPr>
              <w:t>1</w:t>
            </w:r>
          </w:p>
        </w:tc>
        <w:tc>
          <w:tcPr>
            <w:tcW w:type="dxa" w:w="3969"/>
            <w:vAlign w:val="center"/>
            <w:tcMar>
              <w:top w:w="145" w:type="dxa"/>
              <w:start w:w="90" w:type="dxa"/>
              <w:bottom w:w="145" w:type="dxa"/>
              <w:end w:w="90" w:type="dxa"/>
            </w:tcMar>
          </w:tcPr>
          <w:p>
            <w:pPr>
              <w:spacing w:after="0"/>
              <w:jc w:val="left"/>
            </w:pPr>
            <w:r>
              <w:rPr>
                <w:rFonts w:ascii="Arial" w:hAnsi="Arial"/>
                <w:b w:val="0"/>
                <w:sz w:val="18"/>
              </w:rPr>
            </w:r>
          </w:p>
        </w:tc>
        <w:tc>
          <w:tcPr>
            <w:tcW w:type="dxa" w:w="3005"/>
            <w:vAlign w:val="center"/>
            <w:tcMar>
              <w:top w:w="145" w:type="dxa"/>
              <w:start w:w="90" w:type="dxa"/>
              <w:bottom w:w="145" w:type="dxa"/>
              <w:end w:w="90" w:type="dxa"/>
            </w:tcMar>
          </w:tcPr>
          <w:p>
            <w:pPr>
              <w:spacing w:after="0"/>
              <w:jc w:val="center"/>
            </w:pPr>
            <w:r>
              <w:rPr>
                <w:rFonts w:ascii="Arial" w:hAnsi="Arial"/>
                <w:b w:val="0"/>
                <w:sz w:val="18"/>
              </w:rPr>
            </w:r>
          </w:p>
        </w:tc>
        <w:tc>
          <w:tcPr>
            <w:tcW w:type="dxa" w:w="1814"/>
            <w:vAlign w:val="center"/>
            <w:tcMar>
              <w:top w:w="145" w:type="dxa"/>
              <w:start w:w="90" w:type="dxa"/>
              <w:bottom w:w="145" w:type="dxa"/>
              <w:end w:w="90" w:type="dxa"/>
            </w:tcMar>
          </w:tcPr>
          <w:p>
            <w:pPr>
              <w:spacing w:after="0"/>
              <w:jc w:val="center"/>
            </w:pPr>
            <w:r>
              <w:rPr>
                <w:rFonts w:ascii="Arial" w:hAnsi="Arial"/>
                <w:b w:val="0"/>
                <w:sz w:val="18"/>
              </w:rPr>
            </w:r>
          </w:p>
        </w:tc>
        <w:tc>
          <w:tcPr>
            <w:tcW w:type="dxa" w:w="2835"/>
            <w:vAlign w:val="center"/>
            <w:tcMar>
              <w:top w:w="145" w:type="dxa"/>
              <w:start w:w="90" w:type="dxa"/>
              <w:bottom w:w="145" w:type="dxa"/>
              <w:end w:w="90" w:type="dxa"/>
            </w:tcMar>
          </w:tcPr>
          <w:p>
            <w:pPr>
              <w:spacing w:after="0"/>
              <w:jc w:val="center"/>
            </w:pPr>
            <w:r>
              <w:rPr>
                <w:rFonts w:ascii="Arial" w:hAnsi="Arial"/>
                <w:b w:val="0"/>
                <w:sz w:val="18"/>
              </w:rPr>
            </w:r>
          </w:p>
        </w:tc>
        <w:tc>
          <w:tcPr>
            <w:tcW w:type="dxa" w:w="2608"/>
            <w:vAlign w:val="center"/>
            <w:tcMar>
              <w:top w:w="145" w:type="dxa"/>
              <w:start w:w="90" w:type="dxa"/>
              <w:bottom w:w="145" w:type="dxa"/>
              <w:end w:w="90" w:type="dxa"/>
            </w:tcMar>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shd w:fill="F6F8FA"/>
          </w:tcPr>
          <w:p>
            <w:pPr>
              <w:spacing w:after="0"/>
              <w:jc w:val="center"/>
            </w:pPr>
            <w:r>
              <w:rPr>
                <w:rFonts w:ascii="Arial" w:hAnsi="Arial"/>
                <w:b w:val="0"/>
                <w:sz w:val="18"/>
              </w:rPr>
              <w:t>2</w:t>
            </w:r>
          </w:p>
        </w:tc>
        <w:tc>
          <w:tcPr>
            <w:tcW w:type="dxa" w:w="3969"/>
            <w:vAlign w:val="center"/>
            <w:tcMar>
              <w:top w:w="145" w:type="dxa"/>
              <w:start w:w="90" w:type="dxa"/>
              <w:bottom w:w="145" w:type="dxa"/>
              <w:end w:w="90" w:type="dxa"/>
            </w:tcMar>
            <w:shd w:fill="F6F8FA"/>
          </w:tcPr>
          <w:p>
            <w:pPr>
              <w:spacing w:after="0"/>
              <w:jc w:val="left"/>
            </w:pPr>
            <w:r>
              <w:rPr>
                <w:rFonts w:ascii="Arial" w:hAnsi="Arial"/>
                <w:b w:val="0"/>
                <w:sz w:val="18"/>
              </w:rPr>
            </w:r>
          </w:p>
        </w:tc>
        <w:tc>
          <w:tcPr>
            <w:tcW w:type="dxa" w:w="300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1814"/>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83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608"/>
            <w:vAlign w:val="center"/>
            <w:tcMar>
              <w:top w:w="145" w:type="dxa"/>
              <w:start w:w="90" w:type="dxa"/>
              <w:bottom w:w="145" w:type="dxa"/>
              <w:end w:w="90" w:type="dxa"/>
            </w:tcMar>
            <w:shd w:fill="F6F8FA"/>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tcPr>
          <w:p>
            <w:pPr>
              <w:spacing w:after="0"/>
              <w:jc w:val="center"/>
            </w:pPr>
            <w:r>
              <w:rPr>
                <w:rFonts w:ascii="Arial" w:hAnsi="Arial"/>
                <w:b w:val="0"/>
                <w:sz w:val="18"/>
              </w:rPr>
              <w:t>3</w:t>
            </w:r>
          </w:p>
        </w:tc>
        <w:tc>
          <w:tcPr>
            <w:tcW w:type="dxa" w:w="3969"/>
            <w:vAlign w:val="center"/>
            <w:tcMar>
              <w:top w:w="145" w:type="dxa"/>
              <w:start w:w="90" w:type="dxa"/>
              <w:bottom w:w="145" w:type="dxa"/>
              <w:end w:w="90" w:type="dxa"/>
            </w:tcMar>
          </w:tcPr>
          <w:p>
            <w:pPr>
              <w:spacing w:after="0"/>
              <w:jc w:val="left"/>
            </w:pPr>
            <w:r>
              <w:rPr>
                <w:rFonts w:ascii="Arial" w:hAnsi="Arial"/>
                <w:b w:val="0"/>
                <w:sz w:val="18"/>
              </w:rPr>
            </w:r>
          </w:p>
        </w:tc>
        <w:tc>
          <w:tcPr>
            <w:tcW w:type="dxa" w:w="3005"/>
            <w:vAlign w:val="center"/>
            <w:tcMar>
              <w:top w:w="145" w:type="dxa"/>
              <w:start w:w="90" w:type="dxa"/>
              <w:bottom w:w="145" w:type="dxa"/>
              <w:end w:w="90" w:type="dxa"/>
            </w:tcMar>
          </w:tcPr>
          <w:p>
            <w:pPr>
              <w:spacing w:after="0"/>
              <w:jc w:val="center"/>
            </w:pPr>
            <w:r>
              <w:rPr>
                <w:rFonts w:ascii="Arial" w:hAnsi="Arial"/>
                <w:b w:val="0"/>
                <w:sz w:val="18"/>
              </w:rPr>
            </w:r>
          </w:p>
        </w:tc>
        <w:tc>
          <w:tcPr>
            <w:tcW w:type="dxa" w:w="1814"/>
            <w:vAlign w:val="center"/>
            <w:tcMar>
              <w:top w:w="145" w:type="dxa"/>
              <w:start w:w="90" w:type="dxa"/>
              <w:bottom w:w="145" w:type="dxa"/>
              <w:end w:w="90" w:type="dxa"/>
            </w:tcMar>
          </w:tcPr>
          <w:p>
            <w:pPr>
              <w:spacing w:after="0"/>
              <w:jc w:val="center"/>
            </w:pPr>
            <w:r>
              <w:rPr>
                <w:rFonts w:ascii="Arial" w:hAnsi="Arial"/>
                <w:b w:val="0"/>
                <w:sz w:val="18"/>
              </w:rPr>
            </w:r>
          </w:p>
        </w:tc>
        <w:tc>
          <w:tcPr>
            <w:tcW w:type="dxa" w:w="2835"/>
            <w:vAlign w:val="center"/>
            <w:tcMar>
              <w:top w:w="145" w:type="dxa"/>
              <w:start w:w="90" w:type="dxa"/>
              <w:bottom w:w="145" w:type="dxa"/>
              <w:end w:w="90" w:type="dxa"/>
            </w:tcMar>
          </w:tcPr>
          <w:p>
            <w:pPr>
              <w:spacing w:after="0"/>
              <w:jc w:val="center"/>
            </w:pPr>
            <w:r>
              <w:rPr>
                <w:rFonts w:ascii="Arial" w:hAnsi="Arial"/>
                <w:b w:val="0"/>
                <w:sz w:val="18"/>
              </w:rPr>
            </w:r>
          </w:p>
        </w:tc>
        <w:tc>
          <w:tcPr>
            <w:tcW w:type="dxa" w:w="2608"/>
            <w:vAlign w:val="center"/>
            <w:tcMar>
              <w:top w:w="145" w:type="dxa"/>
              <w:start w:w="90" w:type="dxa"/>
              <w:bottom w:w="145" w:type="dxa"/>
              <w:end w:w="90" w:type="dxa"/>
            </w:tcMar>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shd w:fill="F6F8FA"/>
          </w:tcPr>
          <w:p>
            <w:pPr>
              <w:spacing w:after="0"/>
              <w:jc w:val="center"/>
            </w:pPr>
            <w:r>
              <w:rPr>
                <w:rFonts w:ascii="Arial" w:hAnsi="Arial"/>
                <w:b w:val="0"/>
                <w:sz w:val="18"/>
              </w:rPr>
              <w:t>4</w:t>
            </w:r>
          </w:p>
        </w:tc>
        <w:tc>
          <w:tcPr>
            <w:tcW w:type="dxa" w:w="3969"/>
            <w:vAlign w:val="center"/>
            <w:tcMar>
              <w:top w:w="145" w:type="dxa"/>
              <w:start w:w="90" w:type="dxa"/>
              <w:bottom w:w="145" w:type="dxa"/>
              <w:end w:w="90" w:type="dxa"/>
            </w:tcMar>
            <w:shd w:fill="F6F8FA"/>
          </w:tcPr>
          <w:p>
            <w:pPr>
              <w:spacing w:after="0"/>
              <w:jc w:val="left"/>
            </w:pPr>
            <w:r>
              <w:rPr>
                <w:rFonts w:ascii="Arial" w:hAnsi="Arial"/>
                <w:b w:val="0"/>
                <w:sz w:val="18"/>
              </w:rPr>
            </w:r>
          </w:p>
        </w:tc>
        <w:tc>
          <w:tcPr>
            <w:tcW w:type="dxa" w:w="300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1814"/>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83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608"/>
            <w:vAlign w:val="center"/>
            <w:tcMar>
              <w:top w:w="145" w:type="dxa"/>
              <w:start w:w="90" w:type="dxa"/>
              <w:bottom w:w="145" w:type="dxa"/>
              <w:end w:w="90" w:type="dxa"/>
            </w:tcMar>
            <w:shd w:fill="F6F8FA"/>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tcPr>
          <w:p>
            <w:pPr>
              <w:spacing w:after="0"/>
              <w:jc w:val="center"/>
            </w:pPr>
            <w:r>
              <w:rPr>
                <w:rFonts w:ascii="Arial" w:hAnsi="Arial"/>
                <w:b w:val="0"/>
                <w:sz w:val="18"/>
              </w:rPr>
              <w:t>5</w:t>
            </w:r>
          </w:p>
        </w:tc>
        <w:tc>
          <w:tcPr>
            <w:tcW w:type="dxa" w:w="3969"/>
            <w:vAlign w:val="center"/>
            <w:tcMar>
              <w:top w:w="145" w:type="dxa"/>
              <w:start w:w="90" w:type="dxa"/>
              <w:bottom w:w="145" w:type="dxa"/>
              <w:end w:w="90" w:type="dxa"/>
            </w:tcMar>
          </w:tcPr>
          <w:p>
            <w:pPr>
              <w:spacing w:after="0"/>
              <w:jc w:val="left"/>
            </w:pPr>
            <w:r>
              <w:rPr>
                <w:rFonts w:ascii="Arial" w:hAnsi="Arial"/>
                <w:b w:val="0"/>
                <w:sz w:val="18"/>
              </w:rPr>
            </w:r>
          </w:p>
        </w:tc>
        <w:tc>
          <w:tcPr>
            <w:tcW w:type="dxa" w:w="3005"/>
            <w:vAlign w:val="center"/>
            <w:tcMar>
              <w:top w:w="145" w:type="dxa"/>
              <w:start w:w="90" w:type="dxa"/>
              <w:bottom w:w="145" w:type="dxa"/>
              <w:end w:w="90" w:type="dxa"/>
            </w:tcMar>
          </w:tcPr>
          <w:p>
            <w:pPr>
              <w:spacing w:after="0"/>
              <w:jc w:val="center"/>
            </w:pPr>
            <w:r>
              <w:rPr>
                <w:rFonts w:ascii="Arial" w:hAnsi="Arial"/>
                <w:b w:val="0"/>
                <w:sz w:val="18"/>
              </w:rPr>
            </w:r>
          </w:p>
        </w:tc>
        <w:tc>
          <w:tcPr>
            <w:tcW w:type="dxa" w:w="1814"/>
            <w:vAlign w:val="center"/>
            <w:tcMar>
              <w:top w:w="145" w:type="dxa"/>
              <w:start w:w="90" w:type="dxa"/>
              <w:bottom w:w="145" w:type="dxa"/>
              <w:end w:w="90" w:type="dxa"/>
            </w:tcMar>
          </w:tcPr>
          <w:p>
            <w:pPr>
              <w:spacing w:after="0"/>
              <w:jc w:val="center"/>
            </w:pPr>
            <w:r>
              <w:rPr>
                <w:rFonts w:ascii="Arial" w:hAnsi="Arial"/>
                <w:b w:val="0"/>
                <w:sz w:val="18"/>
              </w:rPr>
            </w:r>
          </w:p>
        </w:tc>
        <w:tc>
          <w:tcPr>
            <w:tcW w:type="dxa" w:w="2835"/>
            <w:vAlign w:val="center"/>
            <w:tcMar>
              <w:top w:w="145" w:type="dxa"/>
              <w:start w:w="90" w:type="dxa"/>
              <w:bottom w:w="145" w:type="dxa"/>
              <w:end w:w="90" w:type="dxa"/>
            </w:tcMar>
          </w:tcPr>
          <w:p>
            <w:pPr>
              <w:spacing w:after="0"/>
              <w:jc w:val="center"/>
            </w:pPr>
            <w:r>
              <w:rPr>
                <w:rFonts w:ascii="Arial" w:hAnsi="Arial"/>
                <w:b w:val="0"/>
                <w:sz w:val="18"/>
              </w:rPr>
            </w:r>
          </w:p>
        </w:tc>
        <w:tc>
          <w:tcPr>
            <w:tcW w:type="dxa" w:w="2608"/>
            <w:vAlign w:val="center"/>
            <w:tcMar>
              <w:top w:w="145" w:type="dxa"/>
              <w:start w:w="90" w:type="dxa"/>
              <w:bottom w:w="145" w:type="dxa"/>
              <w:end w:w="90" w:type="dxa"/>
            </w:tcMar>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shd w:fill="F6F8FA"/>
          </w:tcPr>
          <w:p>
            <w:pPr>
              <w:spacing w:after="0"/>
              <w:jc w:val="center"/>
            </w:pPr>
            <w:r>
              <w:rPr>
                <w:rFonts w:ascii="Arial" w:hAnsi="Arial"/>
                <w:b w:val="0"/>
                <w:sz w:val="18"/>
              </w:rPr>
              <w:t>6</w:t>
            </w:r>
          </w:p>
        </w:tc>
        <w:tc>
          <w:tcPr>
            <w:tcW w:type="dxa" w:w="3969"/>
            <w:vAlign w:val="center"/>
            <w:tcMar>
              <w:top w:w="145" w:type="dxa"/>
              <w:start w:w="90" w:type="dxa"/>
              <w:bottom w:w="145" w:type="dxa"/>
              <w:end w:w="90" w:type="dxa"/>
            </w:tcMar>
            <w:shd w:fill="F6F8FA"/>
          </w:tcPr>
          <w:p>
            <w:pPr>
              <w:spacing w:after="0"/>
              <w:jc w:val="left"/>
            </w:pPr>
            <w:r>
              <w:rPr>
                <w:rFonts w:ascii="Arial" w:hAnsi="Arial"/>
                <w:b w:val="0"/>
                <w:sz w:val="18"/>
              </w:rPr>
            </w:r>
          </w:p>
        </w:tc>
        <w:tc>
          <w:tcPr>
            <w:tcW w:type="dxa" w:w="300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1814"/>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83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608"/>
            <w:vAlign w:val="center"/>
            <w:tcMar>
              <w:top w:w="145" w:type="dxa"/>
              <w:start w:w="90" w:type="dxa"/>
              <w:bottom w:w="145" w:type="dxa"/>
              <w:end w:w="90" w:type="dxa"/>
            </w:tcMar>
            <w:shd w:fill="F6F8FA"/>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tcPr>
          <w:p>
            <w:pPr>
              <w:spacing w:after="0"/>
              <w:jc w:val="center"/>
            </w:pPr>
            <w:r>
              <w:rPr>
                <w:rFonts w:ascii="Arial" w:hAnsi="Arial"/>
                <w:b w:val="0"/>
                <w:sz w:val="18"/>
              </w:rPr>
              <w:t>7</w:t>
            </w:r>
          </w:p>
        </w:tc>
        <w:tc>
          <w:tcPr>
            <w:tcW w:type="dxa" w:w="3969"/>
            <w:vAlign w:val="center"/>
            <w:tcMar>
              <w:top w:w="145" w:type="dxa"/>
              <w:start w:w="90" w:type="dxa"/>
              <w:bottom w:w="145" w:type="dxa"/>
              <w:end w:w="90" w:type="dxa"/>
            </w:tcMar>
          </w:tcPr>
          <w:p>
            <w:pPr>
              <w:spacing w:after="0"/>
              <w:jc w:val="left"/>
            </w:pPr>
            <w:r>
              <w:rPr>
                <w:rFonts w:ascii="Arial" w:hAnsi="Arial"/>
                <w:b w:val="0"/>
                <w:sz w:val="18"/>
              </w:rPr>
            </w:r>
          </w:p>
        </w:tc>
        <w:tc>
          <w:tcPr>
            <w:tcW w:type="dxa" w:w="3005"/>
            <w:vAlign w:val="center"/>
            <w:tcMar>
              <w:top w:w="145" w:type="dxa"/>
              <w:start w:w="90" w:type="dxa"/>
              <w:bottom w:w="145" w:type="dxa"/>
              <w:end w:w="90" w:type="dxa"/>
            </w:tcMar>
          </w:tcPr>
          <w:p>
            <w:pPr>
              <w:spacing w:after="0"/>
              <w:jc w:val="center"/>
            </w:pPr>
            <w:r>
              <w:rPr>
                <w:rFonts w:ascii="Arial" w:hAnsi="Arial"/>
                <w:b w:val="0"/>
                <w:sz w:val="18"/>
              </w:rPr>
            </w:r>
          </w:p>
        </w:tc>
        <w:tc>
          <w:tcPr>
            <w:tcW w:type="dxa" w:w="1814"/>
            <w:vAlign w:val="center"/>
            <w:tcMar>
              <w:top w:w="145" w:type="dxa"/>
              <w:start w:w="90" w:type="dxa"/>
              <w:bottom w:w="145" w:type="dxa"/>
              <w:end w:w="90" w:type="dxa"/>
            </w:tcMar>
          </w:tcPr>
          <w:p>
            <w:pPr>
              <w:spacing w:after="0"/>
              <w:jc w:val="center"/>
            </w:pPr>
            <w:r>
              <w:rPr>
                <w:rFonts w:ascii="Arial" w:hAnsi="Arial"/>
                <w:b w:val="0"/>
                <w:sz w:val="18"/>
              </w:rPr>
            </w:r>
          </w:p>
        </w:tc>
        <w:tc>
          <w:tcPr>
            <w:tcW w:type="dxa" w:w="2835"/>
            <w:vAlign w:val="center"/>
            <w:tcMar>
              <w:top w:w="145" w:type="dxa"/>
              <w:start w:w="90" w:type="dxa"/>
              <w:bottom w:w="145" w:type="dxa"/>
              <w:end w:w="90" w:type="dxa"/>
            </w:tcMar>
          </w:tcPr>
          <w:p>
            <w:pPr>
              <w:spacing w:after="0"/>
              <w:jc w:val="center"/>
            </w:pPr>
            <w:r>
              <w:rPr>
                <w:rFonts w:ascii="Arial" w:hAnsi="Arial"/>
                <w:b w:val="0"/>
                <w:sz w:val="18"/>
              </w:rPr>
            </w:r>
          </w:p>
        </w:tc>
        <w:tc>
          <w:tcPr>
            <w:tcW w:type="dxa" w:w="2608"/>
            <w:vAlign w:val="center"/>
            <w:tcMar>
              <w:top w:w="145" w:type="dxa"/>
              <w:start w:w="90" w:type="dxa"/>
              <w:bottom w:w="145" w:type="dxa"/>
              <w:end w:w="90" w:type="dxa"/>
            </w:tcMar>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shd w:fill="F6F8FA"/>
          </w:tcPr>
          <w:p>
            <w:pPr>
              <w:spacing w:after="0"/>
              <w:jc w:val="center"/>
            </w:pPr>
            <w:r>
              <w:rPr>
                <w:rFonts w:ascii="Arial" w:hAnsi="Arial"/>
                <w:b w:val="0"/>
                <w:sz w:val="18"/>
              </w:rPr>
              <w:t>8</w:t>
            </w:r>
          </w:p>
        </w:tc>
        <w:tc>
          <w:tcPr>
            <w:tcW w:type="dxa" w:w="3969"/>
            <w:vAlign w:val="center"/>
            <w:tcMar>
              <w:top w:w="145" w:type="dxa"/>
              <w:start w:w="90" w:type="dxa"/>
              <w:bottom w:w="145" w:type="dxa"/>
              <w:end w:w="90" w:type="dxa"/>
            </w:tcMar>
            <w:shd w:fill="F6F8FA"/>
          </w:tcPr>
          <w:p>
            <w:pPr>
              <w:spacing w:after="0"/>
              <w:jc w:val="left"/>
            </w:pPr>
            <w:r>
              <w:rPr>
                <w:rFonts w:ascii="Arial" w:hAnsi="Arial"/>
                <w:b w:val="0"/>
                <w:sz w:val="18"/>
              </w:rPr>
            </w:r>
          </w:p>
        </w:tc>
        <w:tc>
          <w:tcPr>
            <w:tcW w:type="dxa" w:w="300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1814"/>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83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608"/>
            <w:vAlign w:val="center"/>
            <w:tcMar>
              <w:top w:w="145" w:type="dxa"/>
              <w:start w:w="90" w:type="dxa"/>
              <w:bottom w:w="145" w:type="dxa"/>
              <w:end w:w="90" w:type="dxa"/>
            </w:tcMar>
            <w:shd w:fill="F6F8FA"/>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tcPr>
          <w:p>
            <w:pPr>
              <w:spacing w:after="0"/>
              <w:jc w:val="center"/>
            </w:pPr>
            <w:r>
              <w:rPr>
                <w:rFonts w:ascii="Arial" w:hAnsi="Arial"/>
                <w:b w:val="0"/>
                <w:sz w:val="18"/>
              </w:rPr>
              <w:t>9</w:t>
            </w:r>
          </w:p>
        </w:tc>
        <w:tc>
          <w:tcPr>
            <w:tcW w:type="dxa" w:w="3969"/>
            <w:vAlign w:val="center"/>
            <w:tcMar>
              <w:top w:w="145" w:type="dxa"/>
              <w:start w:w="90" w:type="dxa"/>
              <w:bottom w:w="145" w:type="dxa"/>
              <w:end w:w="90" w:type="dxa"/>
            </w:tcMar>
          </w:tcPr>
          <w:p>
            <w:pPr>
              <w:spacing w:after="0"/>
              <w:jc w:val="left"/>
            </w:pPr>
            <w:r>
              <w:rPr>
                <w:rFonts w:ascii="Arial" w:hAnsi="Arial"/>
                <w:b w:val="0"/>
                <w:sz w:val="18"/>
              </w:rPr>
            </w:r>
          </w:p>
        </w:tc>
        <w:tc>
          <w:tcPr>
            <w:tcW w:type="dxa" w:w="3005"/>
            <w:vAlign w:val="center"/>
            <w:tcMar>
              <w:top w:w="145" w:type="dxa"/>
              <w:start w:w="90" w:type="dxa"/>
              <w:bottom w:w="145" w:type="dxa"/>
              <w:end w:w="90" w:type="dxa"/>
            </w:tcMar>
          </w:tcPr>
          <w:p>
            <w:pPr>
              <w:spacing w:after="0"/>
              <w:jc w:val="center"/>
            </w:pPr>
            <w:r>
              <w:rPr>
                <w:rFonts w:ascii="Arial" w:hAnsi="Arial"/>
                <w:b w:val="0"/>
                <w:sz w:val="18"/>
              </w:rPr>
            </w:r>
          </w:p>
        </w:tc>
        <w:tc>
          <w:tcPr>
            <w:tcW w:type="dxa" w:w="1814"/>
            <w:vAlign w:val="center"/>
            <w:tcMar>
              <w:top w:w="145" w:type="dxa"/>
              <w:start w:w="90" w:type="dxa"/>
              <w:bottom w:w="145" w:type="dxa"/>
              <w:end w:w="90" w:type="dxa"/>
            </w:tcMar>
          </w:tcPr>
          <w:p>
            <w:pPr>
              <w:spacing w:after="0"/>
              <w:jc w:val="center"/>
            </w:pPr>
            <w:r>
              <w:rPr>
                <w:rFonts w:ascii="Arial" w:hAnsi="Arial"/>
                <w:b w:val="0"/>
                <w:sz w:val="18"/>
              </w:rPr>
            </w:r>
          </w:p>
        </w:tc>
        <w:tc>
          <w:tcPr>
            <w:tcW w:type="dxa" w:w="2835"/>
            <w:vAlign w:val="center"/>
            <w:tcMar>
              <w:top w:w="145" w:type="dxa"/>
              <w:start w:w="90" w:type="dxa"/>
              <w:bottom w:w="145" w:type="dxa"/>
              <w:end w:w="90" w:type="dxa"/>
            </w:tcMar>
          </w:tcPr>
          <w:p>
            <w:pPr>
              <w:spacing w:after="0"/>
              <w:jc w:val="center"/>
            </w:pPr>
            <w:r>
              <w:rPr>
                <w:rFonts w:ascii="Arial" w:hAnsi="Arial"/>
                <w:b w:val="0"/>
                <w:sz w:val="18"/>
              </w:rPr>
            </w:r>
          </w:p>
        </w:tc>
        <w:tc>
          <w:tcPr>
            <w:tcW w:type="dxa" w:w="2608"/>
            <w:vAlign w:val="center"/>
            <w:tcMar>
              <w:top w:w="145" w:type="dxa"/>
              <w:start w:w="90" w:type="dxa"/>
              <w:bottom w:w="145" w:type="dxa"/>
              <w:end w:w="90" w:type="dxa"/>
            </w:tcMar>
          </w:tcPr>
          <w:p>
            <w:pPr>
              <w:spacing w:after="0"/>
              <w:jc w:val="center"/>
            </w:pPr>
            <w:r>
              <w:rPr>
                <w:rFonts w:ascii="Arial" w:hAnsi="Arial"/>
                <w:b w:val="0"/>
                <w:sz w:val="18"/>
              </w:rPr>
            </w:r>
          </w:p>
        </w:tc>
      </w:tr>
      <w:tr>
        <w:trPr>
          <w:cantSplit/>
        </w:trPr>
        <w:tc>
          <w:tcPr>
            <w:tcW w:type="dxa" w:w="737"/>
            <w:vAlign w:val="center"/>
            <w:tcMar>
              <w:top w:w="145" w:type="dxa"/>
              <w:start w:w="90" w:type="dxa"/>
              <w:bottom w:w="145" w:type="dxa"/>
              <w:end w:w="90" w:type="dxa"/>
            </w:tcMar>
            <w:shd w:fill="F6F8FA"/>
          </w:tcPr>
          <w:p>
            <w:pPr>
              <w:spacing w:after="0"/>
              <w:jc w:val="center"/>
            </w:pPr>
            <w:r>
              <w:rPr>
                <w:rFonts w:ascii="Arial" w:hAnsi="Arial"/>
                <w:b w:val="0"/>
                <w:sz w:val="18"/>
              </w:rPr>
              <w:t>10</w:t>
            </w:r>
          </w:p>
        </w:tc>
        <w:tc>
          <w:tcPr>
            <w:tcW w:type="dxa" w:w="3969"/>
            <w:vAlign w:val="center"/>
            <w:tcMar>
              <w:top w:w="145" w:type="dxa"/>
              <w:start w:w="90" w:type="dxa"/>
              <w:bottom w:w="145" w:type="dxa"/>
              <w:end w:w="90" w:type="dxa"/>
            </w:tcMar>
            <w:shd w:fill="F6F8FA"/>
          </w:tcPr>
          <w:p>
            <w:pPr>
              <w:spacing w:after="0"/>
              <w:jc w:val="left"/>
            </w:pPr>
            <w:r>
              <w:rPr>
                <w:rFonts w:ascii="Arial" w:hAnsi="Arial"/>
                <w:b w:val="0"/>
                <w:sz w:val="18"/>
              </w:rPr>
            </w:r>
          </w:p>
        </w:tc>
        <w:tc>
          <w:tcPr>
            <w:tcW w:type="dxa" w:w="300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1814"/>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835"/>
            <w:vAlign w:val="center"/>
            <w:tcMar>
              <w:top w:w="145" w:type="dxa"/>
              <w:start w:w="90" w:type="dxa"/>
              <w:bottom w:w="145" w:type="dxa"/>
              <w:end w:w="90" w:type="dxa"/>
            </w:tcMar>
            <w:shd w:fill="F6F8FA"/>
          </w:tcPr>
          <w:p>
            <w:pPr>
              <w:spacing w:after="0"/>
              <w:jc w:val="center"/>
            </w:pPr>
            <w:r>
              <w:rPr>
                <w:rFonts w:ascii="Arial" w:hAnsi="Arial"/>
                <w:b w:val="0"/>
                <w:sz w:val="18"/>
              </w:rPr>
            </w:r>
          </w:p>
        </w:tc>
        <w:tc>
          <w:tcPr>
            <w:tcW w:type="dxa" w:w="2608"/>
            <w:vAlign w:val="center"/>
            <w:tcMar>
              <w:top w:w="145" w:type="dxa"/>
              <w:start w:w="90" w:type="dxa"/>
              <w:bottom w:w="145" w:type="dxa"/>
              <w:end w:w="90" w:type="dxa"/>
            </w:tcMar>
            <w:shd w:fill="F6F8FA"/>
          </w:tcPr>
          <w:p>
            <w:pPr>
              <w:spacing w:after="0"/>
              <w:jc w:val="center"/>
            </w:pPr>
            <w:r>
              <w:rPr>
                <w:rFonts w:ascii="Arial" w:hAnsi="Arial"/>
                <w:b w:val="0"/>
                <w:sz w:val="18"/>
              </w:rPr>
            </w:r>
          </w:p>
        </w:tc>
      </w:tr>
    </w:tbl>
    <w:p>
      <w:pPr>
        <w:spacing w:before="0" w:after="100" w:line="240" w:lineRule="auto"/>
        <w:jc w:val="left"/>
      </w:pPr>
      <w:r>
        <w:rPr>
          <w:rFonts w:ascii="Arial" w:hAnsi="Arial"/>
          <w:b w:val="0"/>
          <w:sz w:val="16"/>
        </w:rPr>
        <w:t>Not: Bu listede yalnızca uçuş faaliyeti için gerekli pilot belge bilgileri yer alır; T.C. kimlik numarası alınmaz.</w:t>
      </w:r>
    </w:p>
    <w:tbl>
      <w:tblPr>
        <w:tblW w:type="auto" w:w="0"/>
        <w:jc w:val="center"/>
        <w:tblLayout w:type="fixed"/>
        <w:tblLook w:firstColumn="1" w:firstRow="1" w:lastColumn="0" w:lastRow="0" w:noHBand="0" w:noVBand="1" w:val="04A0"/>
      </w:tblPr>
      <w:tblGrid>
        <w:gridCol w:w="7569"/>
        <w:gridCol w:w="7569"/>
      </w:tblGrid>
      <w:tr>
        <w:tc>
          <w:tcPr>
            <w:tcW w:type="dxa" w:w="7483"/>
            <w:tcMar>
              <w:top w:w="0" w:type="dxa"/>
              <w:start w:w="0" w:type="dxa"/>
              <w:bottom w:w="0" w:type="dxa"/>
              <w:end w:w="0" w:type="dxa"/>
            </w:tcMar>
            <w:tcBorders>
              <w:top w:val="nil"/>
              <w:left w:val="nil"/>
              <w:bottom w:val="nil"/>
              <w:right w:val="nil"/>
              <w:insideH w:val="nil"/>
              <w:insideV w:val="nil"/>
            </w:tcBorders>
          </w:tcPr>
          <w:p>
            <w:pPr>
              <w:spacing w:after="0"/>
              <w:jc w:val="left"/>
            </w:pPr>
            <w:r>
              <w:rPr>
                <w:rFonts w:ascii="Arial" w:hAnsi="Arial"/>
                <w:b w:val="0"/>
                <w:sz w:val="18"/>
              </w:rPr>
              <w:t>Tarih: …… / …… / 20……</w:t>
            </w:r>
          </w:p>
        </w:tc>
        <w:tc>
          <w:tcPr>
            <w:tcW w:type="dxa" w:w="7483"/>
            <w:tcMar>
              <w:top w:w="0" w:type="dxa"/>
              <w:start w:w="0" w:type="dxa"/>
              <w:bottom w:w="0" w:type="dxa"/>
              <w:end w:w="0" w:type="dxa"/>
            </w:tcMar>
            <w:tcBorders>
              <w:top w:val="nil"/>
              <w:left w:val="nil"/>
              <w:bottom w:val="nil"/>
              <w:right w:val="nil"/>
              <w:insideH w:val="nil"/>
              <w:insideV w:val="nil"/>
            </w:tcBorders>
          </w:tcPr>
          <w:p>
            <w:pPr>
              <w:spacing w:after="0"/>
              <w:jc w:val="right"/>
            </w:pPr>
            <w:r>
              <w:rPr>
                <w:rFonts w:ascii="Arial" w:hAnsi="Arial"/>
                <w:b/>
                <w:sz w:val="18"/>
              </w:rPr>
              <w:t>Başvuru sahibi / sorumlu pilot: …………………………………   İmza: ……………………</w:t>
            </w:r>
          </w:p>
        </w:tc>
      </w:tr>
    </w:tbl>
    <w:sectPr>
      <w:headerReference w:type="default" r:id="rId11"/>
      <w:footerReference w:type="default" r:id="rId12"/>
      <w:pgSz w:w="16838" w:h="11906" w:orient="landscape"/>
      <w:pgMar w:top="765" w:right="850" w:bottom="737" w:left="850"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EEB9" w14:textId="77777777">
      <w:pPr>
        <w:spacing w:after="0" w:line="240" w:lineRule="auto"/>
      </w:pPr>
      <w:r>
        <w:separator/>
      </w:r>
    </w:p>
  </w:endnote>
  <w:endnote w:type="continuationSeparator" w:id="0">
    <w:p w14:paraId="24F6FB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C157" w14:textId="77777777">
    <w:pPr>
      <w:pStyle w:val="AltBilgi"/>
      <w:spacing w:before="40"/>
      <w:jc w:val="center"/>
    </w:pPr>
    <w:r>
      <w:rPr>
        <w:color w:val="646464"/>
        <w:sz w:val="16"/>
      </w:rPr>
      <w:t xml:space="preserve">Yamaç Paraşütü </w:t>
    </w:r>
    <w:proofErr w:type="spellStart"/>
    <w:r>
      <w:rPr>
        <w:color w:val="646464"/>
        <w:sz w:val="16"/>
      </w:rPr>
      <w:t>Uçuş</w:t>
    </w:r>
    <w:proofErr w:type="spellEnd"/>
    <w:r>
      <w:rPr>
        <w:color w:val="646464"/>
        <w:sz w:val="16"/>
      </w:rPr>
      <w:t xml:space="preserve"> </w:t>
    </w:r>
    <w:proofErr w:type="spellStart"/>
    <w:r>
      <w:rPr>
        <w:color w:val="646464"/>
        <w:sz w:val="16"/>
      </w:rPr>
      <w:t>Faaliyeti</w:t>
    </w:r>
    <w:proofErr w:type="spellEnd"/>
    <w:r>
      <w:rPr>
        <w:color w:val="646464"/>
        <w:sz w:val="16"/>
      </w:rPr>
      <w:t xml:space="preserve"> </w:t>
    </w:r>
    <w:proofErr w:type="spellStart"/>
    <w:r>
      <w:rPr>
        <w:color w:val="646464"/>
        <w:sz w:val="16"/>
      </w:rPr>
      <w:t>Bilgilendirme</w:t>
    </w:r>
    <w:proofErr w:type="spellEnd"/>
    <w:r>
      <w:rPr>
        <w:color w:val="646464"/>
        <w:sz w:val="16"/>
      </w:rPr>
      <w:t xml:space="preserve"> </w:t>
    </w:r>
    <w:proofErr w:type="spellStart"/>
    <w:r>
      <w:rPr>
        <w:color w:val="646464"/>
        <w:sz w:val="16"/>
      </w:rPr>
      <w:t>Dilekçesi</w:t>
    </w:r>
    <w:proofErr w:type="spellEnd"/>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color w:val="696969"/>
        <w:sz w:val="15"/>
      </w:rPr>
      <w:t>Ek-1 | Faaliyete Katılacak Pilotlar Listesi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5A16A" w14:textId="77777777">
      <w:pPr>
        <w:spacing w:after="0" w:line="240" w:lineRule="auto"/>
      </w:pPr>
      <w:r>
        <w:separator/>
      </w:r>
    </w:p>
  </w:footnote>
  <w:footnote w:type="continuationSeparator" w:id="0">
    <w:p w14:paraId="3F33D3A3" w14:textId="77777777">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799106911">
    <w:abstractNumId w:val="8"/>
  </w:num>
  <w:num w:numId="2" w16cid:durableId="1452943742">
    <w:abstractNumId w:val="6"/>
  </w:num>
  <w:num w:numId="3" w16cid:durableId="662853608">
    <w:abstractNumId w:val="5"/>
  </w:num>
  <w:num w:numId="4" w16cid:durableId="1055616428">
    <w:abstractNumId w:val="4"/>
  </w:num>
  <w:num w:numId="5" w16cid:durableId="1604000160">
    <w:abstractNumId w:val="7"/>
  </w:num>
  <w:num w:numId="6" w16cid:durableId="1333752470">
    <w:abstractNumId w:val="3"/>
  </w:num>
  <w:num w:numId="7" w16cid:durableId="932937148">
    <w:abstractNumId w:val="2"/>
  </w:num>
  <w:num w:numId="8" w16cid:durableId="772360348">
    <w:abstractNumId w:val="1"/>
  </w:num>
  <w:num w:numId="9" w16cid:durableId="660500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2973"/>
    <w:rsid w:val="00464049"/>
    <w:rsid w:val="00AA1D8D"/>
    <w:rsid w:val="00B47730"/>
    <w:rsid w:val="00CB0664"/>
    <w:rsid w:val="00CE5973"/>
    <w:rsid w:val="00EC1EE0"/>
    <w:rsid w:val="00FC693F"/>
    <w:rsid w:val="00FC79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1389E2"/>
  <w14:defaultImageDpi w14:val="300"/>
  <w15:docId w15:val="{F1847DD2-511B-4190-BFF1-37D377FB7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rial" w:hAnsi="Arial"/>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2083</Characters>
  <Application>Microsoft Office Word</Application>
  <DocSecurity>0</DocSecurity>
  <Lines>59</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Sinop Valiliği Uçuş Bilgilendirme Dilekçesi ve Ek-1 Pilot Listesi</dc:title>
  <dc:subject>Uçuş faaliyeti ön bilgilendirme dilekçesi</dc:subject>
  <dc:creator/>
  <cp:keywords/>
  <dc:description>generated by python-docx</dc:description>
  <cp:lastModifiedBy/>
  <cp:revision>3</cp:revision>
  <dcterms:created xsi:type="dcterms:W3CDTF">2013-12-23T23:15:00Z</dcterms:created>
  <dcterms:modified xsi:type="dcterms:W3CDTF">2026-08-14T16:00:00Z</dcterms:modified>
  <cp:category/>
</cp:coreProperties>
</file>